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מהתרמיל ועד הקובייה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הדרך של השוקולד מעץ הקקאו ועד למוצר המוגמר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לתהליך ייצור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וסדר אירועים בטקסט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מעץ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גרגירי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לפתח טעם וריח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העץ שעליו גדל התרמיל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התרמיל הוא הפרי שבו נמצאים הגרגירים, לא המוצר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(שינוי טעם וריח בעזרת חום וזמן)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(הוצאת מים מהגרגירים)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(חימום בתנור לפיתוח טעם)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(כתישת הגרגירים לנוזל סמיך)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סדרו את שלבי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קטיף התרמיל מעץ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הוצאת גרגירי הקקאו מהתרמיל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תסיסה של הגרגירים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ייבוש הגרגירים בשמש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קטע אישי בגוף ראשון הכולל לפחות שניים מהשלבים שנלמדו (למשל טחינה, יציקה), תיאור חושי אחד לפחות ואורך של כעשר שורות.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שלבים כמו קטיף, תסיסה, ייבוש, קלייה, טחינה, יציקה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תסיסה משנה טעם וריח, ייבוש מוציא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מקובלת אם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תמונה של תרמיל קקאו לפני תחילת הדף כדי לחבר את המילים לדימוי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כדאי לאפשר עבודה בזוגות ולבדוק יחד בעל פה לפני המשך לחלק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ולהתמקד בשלבים העיקריים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מהתרמיל ועד הקובייה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נעקוב אחרי יומן המסע של נוגה, שמתאר כיצד הופך פרי הקקאו לשוקולד שאנחנו אוכלים. נתרגל מילים חדשות, נבדוק הבנה ונסדר את שלבי התהליך.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ייבוש  ·  קלייה  ·  תרמיל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מהיכן מתחיל מסע השוקולד?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מחנות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מעץ הקקאו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ממפעל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נמצא בתוך התרמיל?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גרגירי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צריך לקלות את גרגירי הקקאו?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לצבוע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לפתח טעם וריח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להקטין אותם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שוקולד מגיע מעץ שנקרא עץ הקקאו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התרמיל הוא גוש השוקולד המוגמר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גרגירי הקקאו גדלים בתוך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להוציא מים מהגרגירים עושים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לפתח טעם וריח קוראים לשלב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שלב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תסיסה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כתישת הגרגירים לנוזל סמיך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ייבוש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חימום בתנור לפיתוח טעם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הוצאת מים מהגרגירים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טחינה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שינוי טעם וריח בעזרת חום וזמן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 – סדרו את שלבי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תסיסה של הגרגירים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ייבוש הגרגירים בשמש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קטיף התרמיל מעץ הקקאו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הוצאת גרגירי הקקאו מהתרמיל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כותבים עמוד נוסף ביומן המסע של נוגה, המתאר את הרגע שבו השוקולד הפך לקובייה מוגמרת. כתבו כעשר שורות בגוף ראשון, כולל תיאור הרגשות והחושים.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שלושה שלבים בדרך מהתרמיל לקובייה?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תסיסה לייבוש?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 – מהתרמיל ועד הקובייה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