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 – מהתרמיל ועד הקובייה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הדרך של השוקולד מעץ הקקאו ועד למוצר המוגמר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לתהליך ייצור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נקרא וסדר אירועים בטקסט 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מעץ הקקאו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גרגירי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הם משנים טעם וריח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לפתח טעם וריח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עיסת קקאו נוזלית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יציקה לתבניות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העץ שעליו גדל התרמיל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התרמיל הוא הפרי שבו נמצאים הגרגירים, לא המוצר הסופי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הגרגירים נשמרים טוב יותר להמשך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הקלייה חיונית לפיתוח הטעם והריח של השוקולד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זוהי עיסת הקקאו שממנה מכינים 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תרמיל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ייבוש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יציקה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(שינוי טעם וריח בעזרת חום וזמן)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(הוצאת מים מהגרגירים)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(חימום בתנור לפיתוח טעם)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(כתישת הגרגירים לנוזל סמיך)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(יצירת הקובייה בתבנית)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– סדרו את שלבי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קטיף התרמיל מעץ הקקאו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הוצאת גרגירי הקקאו מהתרמיל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תסיסה של הגרגירים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ייבוש הגרגירים בשמש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קלייה של הגרגירים בתנור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טחינה ויציקה לתבנית הקובייה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יכתבו קטע אישי בגוף ראשון הכולל לפחות שניים מהשלבים שנלמדו (למשל טחינה, יציקה), תיאור חושי אחד לפחות ואורך של כעשר שורות.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שלבים כמו קטיף, תסיסה, ייבוש, קלייה, טחינה, יציקה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תסיסה משנה טעם וריח, ייבוש מוציא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מקובלת אם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להקרין תמונה של תרמיל קקאו לפני תחילת הדף כדי לחבר את המילים לדימוי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כדאי לאפשר עבודה בזוגות ולבדוק יחד בעל פה לפני המשך לחלק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ולהתמקד בשלבים העיקריים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 – מהתרמיל ועד הקובייה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שוקולד נעשה. נוגה כותבת יומן על המסע של הקקאו. נלמד מילים חדשות ונענה על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קקאו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הצמח שממנו מכינים שוקולד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תרמיל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הפרי שבתוכו נמצאים גרגירי הקקאו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תסיסה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שבו הגרגירים משנים טעם וריח בעזרת חום וזמן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ייבוש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הוצאת מים מהגרגירים בשמש או בתנור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חימום הגרגירים בתנור כדי לפתח טעם וריח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טחינה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כתישת הגרגירים עד שהופכים לנוזל סמיך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עיסת קקאו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הנוזל הסמיך שמתקבל אחרי טחינת הגרגירים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יציקה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שבו שופכים את השוקולד הנוזלי לתבניות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מתחיל השוקולד?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מחנות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מעץ הקקאו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ממפעל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יש בתוך התרמיל?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גרגירי 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בתסיסה?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נשטפים במים 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משנים טעם וריח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נארזים לשינוע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נטחנים לאבקה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קולים את הגרגירים?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לצבוע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לפתח טעם וריח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להקטין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להוסיף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יוצא אחרי הטחינה?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אבקת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עיסת קקאו נוזלית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מתוקים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השלב האחרון?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קטיף התרמיל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יציקה לתבניות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ייבוש בשמש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תסיסה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שוקולד מגיע מעץ שנקרא עץ הקקאו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התרמיל הוא גוש השוקולד המוגמר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ייבוש הגרגירים מתבצע כדי להוציא מהם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לדלג על שלב הקלייה ולקבל את אותו טעם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הטחינה הגרגירים הופכים לנוזל סמיך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גרגירי הקקאו גדלים בתוך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להוציא מים מהגרגירים עושים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לפתח טעם וריח קוראים לשלב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הטחינה מתקבלת __________ קקאו נוזלית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בשלב האחרון שופכים את השוקולד לתבניות בתהליך שנקרא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שלב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תסיסה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כתישת הגרגירים לנוזל סמיך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ייבוש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שינוי טעם וריח בעזרת חום וזמן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קלייה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יצירת הקובייה בתבנית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טחינה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חימום בתנור לפיתוח טעם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יציקה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הוצאת מים מהגרגירים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 – סדרו את שלבי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הוצאת גרגירי הקקאו מהתרמיל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תסיסה של הגרגירים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קטיף התרמיל מעץ הקקאו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קלייה של הגרגירים בתנור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טחינה ויציקה לתבנית הקובייה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ייבוש הגרגירים בשמש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כותבים עמוד נוסף ביומן המסע של נוגה, המתאר את הרגע שבו השוקולד הפך לקובייה מוגמרת. כתבו כעשר שורות בגוף ראשון, כולל תיאור הרגשות והחושים.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שלושה שלבים בדרך מהתרמיל לקובייה?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תסיסה לייבוש?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חדשה למדתם היום והכי אהבתם?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השוקולד – מהתרמיל ועד הקובייה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